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5493D" w14:textId="00451FA3" w:rsidR="00E2798B" w:rsidRDefault="00C50EE5" w:rsidP="008126A1">
      <w:pPr>
        <w:jc w:val="center"/>
        <w:rPr>
          <w:sz w:val="24"/>
          <w:szCs w:val="24"/>
          <w:u w:val="single"/>
        </w:rPr>
      </w:pPr>
      <w:r w:rsidRPr="008126A1">
        <w:rPr>
          <w:sz w:val="24"/>
          <w:szCs w:val="24"/>
          <w:u w:val="single"/>
        </w:rPr>
        <w:t xml:space="preserve">Reporting PE and sport premium grant expenditure </w:t>
      </w:r>
      <w:r w:rsidRPr="008126A1">
        <w:rPr>
          <w:sz w:val="24"/>
          <w:szCs w:val="24"/>
          <w:u w:val="single"/>
        </w:rPr>
        <w:br/>
        <w:t>202</w:t>
      </w:r>
      <w:r w:rsidR="00CB737E" w:rsidRPr="008126A1">
        <w:rPr>
          <w:sz w:val="24"/>
          <w:szCs w:val="24"/>
          <w:u w:val="single"/>
        </w:rPr>
        <w:t>5-26</w:t>
      </w:r>
    </w:p>
    <w:tbl>
      <w:tblPr>
        <w:tblStyle w:val="TableGrid"/>
        <w:tblW w:w="0" w:type="auto"/>
        <w:tblLook w:val="04A0" w:firstRow="1" w:lastRow="0" w:firstColumn="1" w:lastColumn="0" w:noHBand="0" w:noVBand="1"/>
      </w:tblPr>
      <w:tblGrid>
        <w:gridCol w:w="8630"/>
      </w:tblGrid>
      <w:tr w:rsidR="00F708FF" w14:paraId="42FE8C9D" w14:textId="77777777" w:rsidTr="000D60E4">
        <w:tc>
          <w:tcPr>
            <w:tcW w:w="8630" w:type="dxa"/>
          </w:tcPr>
          <w:p w14:paraId="445AE62B" w14:textId="77777777" w:rsidR="00F708FF" w:rsidRDefault="00F708FF" w:rsidP="00F708FF">
            <w:r>
              <w:t xml:space="preserve">1. Funding grant </w:t>
            </w:r>
          </w:p>
          <w:p w14:paraId="7DF88B22" w14:textId="77777777" w:rsidR="00F708FF" w:rsidRDefault="00F708FF" w:rsidP="008126A1">
            <w:pPr>
              <w:jc w:val="center"/>
              <w:rPr>
                <w:sz w:val="24"/>
                <w:szCs w:val="24"/>
                <w:u w:val="single"/>
              </w:rPr>
            </w:pPr>
          </w:p>
        </w:tc>
      </w:tr>
      <w:tr w:rsidR="00F708FF" w14:paraId="5A69DD33" w14:textId="77777777" w:rsidTr="000D60E4">
        <w:tc>
          <w:tcPr>
            <w:tcW w:w="8630" w:type="dxa"/>
          </w:tcPr>
          <w:p w14:paraId="27CEDCC2" w14:textId="77777777" w:rsidR="00F708FF" w:rsidRDefault="00F708FF" w:rsidP="00F708FF">
            <w:pPr>
              <w:pStyle w:val="ListParagraph"/>
              <w:numPr>
                <w:ilvl w:val="0"/>
                <w:numId w:val="10"/>
              </w:numPr>
            </w:pPr>
            <w:r>
              <w:t xml:space="preserve">Is the total amount for PE and sport premium grant for academic year 2025 to </w:t>
            </w:r>
            <w:proofErr w:type="gramStart"/>
            <w:r>
              <w:t>2026</w:t>
            </w:r>
            <w:proofErr w:type="gramEnd"/>
            <w:r>
              <w:t xml:space="preserve"> correct? Yes </w:t>
            </w:r>
          </w:p>
          <w:p w14:paraId="45F7D88A" w14:textId="77777777" w:rsidR="00F708FF" w:rsidRDefault="00F708FF" w:rsidP="00F708FF">
            <w:pPr>
              <w:pStyle w:val="ListParagraph"/>
              <w:numPr>
                <w:ilvl w:val="0"/>
                <w:numId w:val="10"/>
              </w:numPr>
            </w:pPr>
            <w:r>
              <w:t xml:space="preserve">Did your school have any unspent grant funding from the allocation for academic year 2025 to 2026? No </w:t>
            </w:r>
          </w:p>
          <w:p w14:paraId="3A654737" w14:textId="77777777" w:rsidR="00F708FF" w:rsidRPr="000D60E4" w:rsidRDefault="00F708FF" w:rsidP="000D60E4">
            <w:pPr>
              <w:rPr>
                <w:sz w:val="24"/>
                <w:szCs w:val="24"/>
                <w:u w:val="single"/>
              </w:rPr>
            </w:pPr>
          </w:p>
        </w:tc>
      </w:tr>
      <w:tr w:rsidR="00F708FF" w14:paraId="0579A7F6" w14:textId="77777777" w:rsidTr="000D60E4">
        <w:tc>
          <w:tcPr>
            <w:tcW w:w="8630" w:type="dxa"/>
          </w:tcPr>
          <w:p w14:paraId="45FFEE9B" w14:textId="77777777" w:rsidR="00F708FF" w:rsidRDefault="00F708FF" w:rsidP="00F708FF">
            <w:r>
              <w:t xml:space="preserve">2. Categories of grant spending </w:t>
            </w:r>
          </w:p>
          <w:p w14:paraId="558A1D93" w14:textId="28990D4B" w:rsidR="00B67DE2" w:rsidRDefault="000D60E4" w:rsidP="000D60E4">
            <w:pPr>
              <w:pStyle w:val="ListParagraph"/>
              <w:numPr>
                <w:ilvl w:val="0"/>
                <w:numId w:val="14"/>
              </w:numPr>
            </w:pPr>
            <w:r>
              <w:t>Has your school spent any of its PE and sport premium grant on CPD in academic year 2025 to 2026? Yes</w:t>
            </w:r>
          </w:p>
          <w:p w14:paraId="129FBBB5" w14:textId="77777777" w:rsidR="000D60E4" w:rsidRDefault="000D60E4" w:rsidP="000D60E4">
            <w:pPr>
              <w:pStyle w:val="ListParagraph"/>
            </w:pPr>
          </w:p>
          <w:p w14:paraId="059A7FAE" w14:textId="14F0D0D8" w:rsidR="000D60E4" w:rsidRDefault="000D60E4" w:rsidP="000D60E4">
            <w:pPr>
              <w:pStyle w:val="ListParagraph"/>
              <w:numPr>
                <w:ilvl w:val="0"/>
                <w:numId w:val="14"/>
              </w:numPr>
            </w:pPr>
            <w:r>
              <w:t>How much has your school spent on CPD for academic year 2025 to 2026? £ 1,200</w:t>
            </w:r>
          </w:p>
          <w:p w14:paraId="7588A9E2" w14:textId="77777777" w:rsidR="000D60E4" w:rsidRDefault="000D60E4" w:rsidP="000D60E4">
            <w:pPr>
              <w:pStyle w:val="ListParagraph"/>
            </w:pPr>
          </w:p>
          <w:p w14:paraId="729E3699" w14:textId="779CBE1B" w:rsidR="000D60E4" w:rsidRDefault="000D60E4" w:rsidP="000D60E4">
            <w:pPr>
              <w:pStyle w:val="ListParagraph"/>
              <w:numPr>
                <w:ilvl w:val="0"/>
                <w:numId w:val="14"/>
              </w:numPr>
            </w:pPr>
            <w:r>
              <w:t>How much has your school spent on CPD upskilling staff to deliver swimming lessons for academic year 2025 to 2026? £ 0</w:t>
            </w:r>
          </w:p>
          <w:p w14:paraId="53360B31" w14:textId="77777777" w:rsidR="000D60E4" w:rsidRDefault="000D60E4" w:rsidP="000D60E4">
            <w:pPr>
              <w:pStyle w:val="ListParagraph"/>
            </w:pPr>
          </w:p>
          <w:p w14:paraId="3C496AC6" w14:textId="2ADEFC86" w:rsidR="000D60E4" w:rsidRDefault="000D60E4" w:rsidP="000D60E4">
            <w:pPr>
              <w:pStyle w:val="ListParagraph"/>
              <w:numPr>
                <w:ilvl w:val="0"/>
                <w:numId w:val="14"/>
              </w:numPr>
            </w:pPr>
            <w:r>
              <w:t>How much has your school spent extracurricular opportunities for academic year 2025 to 2026? £ 2,580</w:t>
            </w:r>
          </w:p>
          <w:p w14:paraId="478A5A99" w14:textId="77777777" w:rsidR="000D60E4" w:rsidRDefault="000D60E4" w:rsidP="000D60E4">
            <w:pPr>
              <w:pStyle w:val="ListParagraph"/>
            </w:pPr>
          </w:p>
          <w:p w14:paraId="34F4BD9F" w14:textId="1B858414" w:rsidR="000D60E4" w:rsidRDefault="000D60E4" w:rsidP="000D60E4">
            <w:pPr>
              <w:pStyle w:val="ListParagraph"/>
              <w:numPr>
                <w:ilvl w:val="0"/>
                <w:numId w:val="14"/>
              </w:numPr>
            </w:pPr>
            <w:r>
              <w:t>How much has your school spent on equipment and resources for academic year 2025 to 2026? £ 3,804</w:t>
            </w:r>
          </w:p>
          <w:p w14:paraId="6C28A457" w14:textId="77777777" w:rsidR="000D60E4" w:rsidRDefault="000D60E4" w:rsidP="000D60E4">
            <w:pPr>
              <w:pStyle w:val="ListParagraph"/>
            </w:pPr>
          </w:p>
          <w:p w14:paraId="1836B360" w14:textId="47323CA2" w:rsidR="000D60E4" w:rsidRDefault="000D60E4" w:rsidP="000D60E4">
            <w:pPr>
              <w:pStyle w:val="ListParagraph"/>
              <w:numPr>
                <w:ilvl w:val="0"/>
                <w:numId w:val="14"/>
              </w:numPr>
            </w:pPr>
            <w:r>
              <w:t>How much has your school spent on membership and subscription fees for academic year 2025 to 2026? £ 1,990</w:t>
            </w:r>
          </w:p>
          <w:p w14:paraId="6D4CFBAC" w14:textId="77777777" w:rsidR="000D60E4" w:rsidRDefault="000D60E4" w:rsidP="000D60E4">
            <w:pPr>
              <w:pStyle w:val="ListParagraph"/>
            </w:pPr>
          </w:p>
          <w:p w14:paraId="66B17E35" w14:textId="74D5D56E" w:rsidR="000D60E4" w:rsidRDefault="000D60E4" w:rsidP="000D60E4">
            <w:pPr>
              <w:pStyle w:val="ListParagraph"/>
              <w:numPr>
                <w:ilvl w:val="0"/>
                <w:numId w:val="14"/>
              </w:numPr>
            </w:pPr>
            <w:r>
              <w:t xml:space="preserve">How much has your school spent on activities </w:t>
            </w:r>
            <w:proofErr w:type="spellStart"/>
            <w:r>
              <w:t>organised</w:t>
            </w:r>
            <w:proofErr w:type="spellEnd"/>
            <w:r>
              <w:t xml:space="preserve"> by the SGO network for academic year 2025 to 2026? £ 1,635</w:t>
            </w:r>
          </w:p>
          <w:p w14:paraId="4A69DF7C" w14:textId="77777777" w:rsidR="000D60E4" w:rsidRDefault="000D60E4" w:rsidP="000D60E4">
            <w:pPr>
              <w:pStyle w:val="ListParagraph"/>
            </w:pPr>
          </w:p>
          <w:p w14:paraId="0449CBA1" w14:textId="7BF198A5" w:rsidR="000D60E4" w:rsidRDefault="000D60E4" w:rsidP="000D60E4">
            <w:pPr>
              <w:pStyle w:val="ListParagraph"/>
              <w:numPr>
                <w:ilvl w:val="0"/>
                <w:numId w:val="14"/>
              </w:numPr>
            </w:pPr>
            <w:r>
              <w:t>How much has your school spent on entering external school sports competitions for academic year 2025 to 2026? £ 5,362</w:t>
            </w:r>
          </w:p>
          <w:p w14:paraId="7E79E34E" w14:textId="77777777" w:rsidR="000D60E4" w:rsidRDefault="000D60E4" w:rsidP="000D60E4">
            <w:pPr>
              <w:pStyle w:val="ListParagraph"/>
            </w:pPr>
          </w:p>
          <w:p w14:paraId="3564FEB4" w14:textId="1085B9BB" w:rsidR="000D60E4" w:rsidRDefault="000D60E4" w:rsidP="000D60E4">
            <w:pPr>
              <w:pStyle w:val="ListParagraph"/>
              <w:numPr>
                <w:ilvl w:val="0"/>
                <w:numId w:val="14"/>
              </w:numPr>
            </w:pPr>
            <w:r>
              <w:t>How much has your school spent on external coaching staff for academic year 2025 to 2026? £ 0</w:t>
            </w:r>
          </w:p>
          <w:p w14:paraId="7532F6CD" w14:textId="77777777" w:rsidR="000D60E4" w:rsidRDefault="000D60E4" w:rsidP="000D60E4">
            <w:pPr>
              <w:pStyle w:val="ListParagraph"/>
            </w:pPr>
          </w:p>
          <w:p w14:paraId="548907F8" w14:textId="3AF0204C" w:rsidR="000D60E4" w:rsidRDefault="000D60E4" w:rsidP="000D60E4">
            <w:pPr>
              <w:pStyle w:val="ListParagraph"/>
              <w:numPr>
                <w:ilvl w:val="0"/>
                <w:numId w:val="14"/>
              </w:numPr>
            </w:pPr>
            <w:r>
              <w:t xml:space="preserve">Has your school targeted any spending to provide or improve opportunities in PE, sport and physical activities for pupils with SEND for academic year 2025 to 2026? </w:t>
            </w:r>
            <w:r w:rsidR="009A4F90">
              <w:t>Yes</w:t>
            </w:r>
          </w:p>
          <w:p w14:paraId="5E91F3F8" w14:textId="77777777" w:rsidR="00FE0877" w:rsidRDefault="00FE0877" w:rsidP="00FE0877">
            <w:pPr>
              <w:pStyle w:val="ListParagraph"/>
            </w:pPr>
          </w:p>
          <w:p w14:paraId="204DAA7B" w14:textId="2FB14691" w:rsidR="00FE0877" w:rsidRPr="00FE1577" w:rsidRDefault="00FE0877" w:rsidP="00FE0877">
            <w:pPr>
              <w:pStyle w:val="ListParagraph"/>
              <w:numPr>
                <w:ilvl w:val="1"/>
                <w:numId w:val="14"/>
              </w:numPr>
              <w:rPr>
                <w:color w:val="0070C0"/>
              </w:rPr>
            </w:pPr>
            <w:r w:rsidRPr="00FE1577">
              <w:rPr>
                <w:color w:val="0070C0"/>
              </w:rPr>
              <w:t xml:space="preserve">Targeted pupils with SEND/SEMH </w:t>
            </w:r>
            <w:proofErr w:type="gramStart"/>
            <w:r w:rsidRPr="00FE1577">
              <w:rPr>
                <w:color w:val="0070C0"/>
              </w:rPr>
              <w:t>needs</w:t>
            </w:r>
            <w:proofErr w:type="gramEnd"/>
            <w:r w:rsidRPr="00FE1577">
              <w:rPr>
                <w:color w:val="0070C0"/>
              </w:rPr>
              <w:t xml:space="preserve"> received additional PE lessons with </w:t>
            </w:r>
            <w:proofErr w:type="spellStart"/>
            <w:r w:rsidRPr="00FE1577">
              <w:rPr>
                <w:color w:val="0070C0"/>
              </w:rPr>
              <w:t>Corams</w:t>
            </w:r>
            <w:proofErr w:type="spellEnd"/>
            <w:r w:rsidRPr="00FE1577">
              <w:rPr>
                <w:color w:val="0070C0"/>
              </w:rPr>
              <w:t xml:space="preserve"> Mentors which was funded entirely by </w:t>
            </w:r>
            <w:proofErr w:type="spellStart"/>
            <w:r w:rsidRPr="00FE1577">
              <w:rPr>
                <w:color w:val="0070C0"/>
              </w:rPr>
              <w:t>Corams</w:t>
            </w:r>
            <w:proofErr w:type="spellEnd"/>
            <w:r w:rsidRPr="00FE1577">
              <w:rPr>
                <w:color w:val="0070C0"/>
              </w:rPr>
              <w:t xml:space="preserve">. This supported pupils with SEND/SEMH needs to increase confidence in their class PE lessons as well as supported them to improve their PE skills. </w:t>
            </w:r>
          </w:p>
          <w:p w14:paraId="3A5E395F" w14:textId="77777777" w:rsidR="000D60E4" w:rsidRDefault="000D60E4" w:rsidP="000D60E4">
            <w:pPr>
              <w:pStyle w:val="ListParagraph"/>
            </w:pPr>
          </w:p>
          <w:p w14:paraId="0D22E79D" w14:textId="4CA1F4E1" w:rsidR="00D14E8C" w:rsidRDefault="000D60E4" w:rsidP="000D60E4">
            <w:pPr>
              <w:pStyle w:val="ListParagraph"/>
              <w:numPr>
                <w:ilvl w:val="0"/>
                <w:numId w:val="14"/>
              </w:numPr>
            </w:pPr>
            <w:r>
              <w:lastRenderedPageBreak/>
              <w:t xml:space="preserve">Has your school targeted any spending to provide or improve opportunities in PE, sport and physical activities for pupils with long-term medical conditions for academic year 2025 to 2026? </w:t>
            </w:r>
            <w:r w:rsidR="009A4F90">
              <w:t>Yes</w:t>
            </w:r>
          </w:p>
          <w:p w14:paraId="7C3C36EC" w14:textId="77777777" w:rsidR="00D14E8C" w:rsidRDefault="00D14E8C" w:rsidP="00D14E8C">
            <w:pPr>
              <w:pStyle w:val="ListParagraph"/>
            </w:pPr>
          </w:p>
          <w:p w14:paraId="694BCCE8" w14:textId="2848D512" w:rsidR="000D60E4" w:rsidRPr="00D14E8C" w:rsidRDefault="00D14E8C" w:rsidP="00D14E8C">
            <w:pPr>
              <w:pStyle w:val="ListParagraph"/>
              <w:numPr>
                <w:ilvl w:val="1"/>
                <w:numId w:val="14"/>
              </w:numPr>
              <w:rPr>
                <w:color w:val="0070C0"/>
              </w:rPr>
            </w:pPr>
            <w:r w:rsidRPr="00D14E8C">
              <w:rPr>
                <w:color w:val="0070C0"/>
              </w:rPr>
              <w:t>We have allocated funding to enable staff to accompany and support pupils with long-term medical conditions when attending sports tournaments and competitions. This has ensured that these pupils were able to participate safely and fully in PE and sporting activities, improving access to inclusive sporting opportunities throughout the 2025–2026 academic year.</w:t>
            </w:r>
          </w:p>
          <w:p w14:paraId="3DF4EDFF" w14:textId="77777777" w:rsidR="00D14E8C" w:rsidRDefault="00D14E8C" w:rsidP="000D60E4">
            <w:pPr>
              <w:pStyle w:val="ListParagraph"/>
            </w:pPr>
          </w:p>
          <w:p w14:paraId="55920EC0" w14:textId="3C5BAB25" w:rsidR="000D60E4" w:rsidRDefault="000D60E4" w:rsidP="000D60E4">
            <w:pPr>
              <w:pStyle w:val="ListParagraph"/>
              <w:numPr>
                <w:ilvl w:val="0"/>
                <w:numId w:val="14"/>
              </w:numPr>
            </w:pPr>
            <w:r>
              <w:t xml:space="preserve">Has your school targeted any spending to increase or improve girls' access to PE lessons or access to extra-curricular sport and physical activities for academic year 2025 to 2026? </w:t>
            </w:r>
            <w:r w:rsidR="009A4F90">
              <w:t>Yes</w:t>
            </w:r>
          </w:p>
          <w:p w14:paraId="23C16CC2" w14:textId="77777777" w:rsidR="00D14E8C" w:rsidRDefault="00D14E8C" w:rsidP="00D14E8C">
            <w:pPr>
              <w:pStyle w:val="ListParagraph"/>
            </w:pPr>
          </w:p>
          <w:p w14:paraId="3E8D9840" w14:textId="00FDFABB" w:rsidR="00D14E8C" w:rsidRPr="00D14E8C" w:rsidRDefault="00D14E8C" w:rsidP="00D14E8C">
            <w:pPr>
              <w:pStyle w:val="ListParagraph"/>
              <w:numPr>
                <w:ilvl w:val="1"/>
                <w:numId w:val="14"/>
              </w:numPr>
              <w:rPr>
                <w:color w:val="0070C0"/>
              </w:rPr>
            </w:pPr>
            <w:r w:rsidRPr="00D14E8C">
              <w:rPr>
                <w:color w:val="0070C0"/>
              </w:rPr>
              <w:t>Funding has been used to enable girls to attend sports tournaments and competitions specifically designed for girls. This has increased opportunities for participation in competitive sport, encouraged greater engagement in physical activity, and supported equal access to extra-curricular sporting opportunities.</w:t>
            </w:r>
          </w:p>
          <w:p w14:paraId="43B164CF" w14:textId="77777777" w:rsidR="000D60E4" w:rsidRDefault="000D60E4" w:rsidP="000D60E4">
            <w:pPr>
              <w:pStyle w:val="ListParagraph"/>
            </w:pPr>
          </w:p>
          <w:p w14:paraId="40BE2E16" w14:textId="60A61201" w:rsidR="000D60E4" w:rsidRDefault="000D60E4" w:rsidP="000D60E4">
            <w:pPr>
              <w:pStyle w:val="ListParagraph"/>
              <w:numPr>
                <w:ilvl w:val="0"/>
                <w:numId w:val="14"/>
              </w:numPr>
            </w:pPr>
            <w:r>
              <w:t>Has your school targeted any spending to provide or improve opportunities in sport and physical activities for disadvantaged pupils for academic year 2025 to 2026? Yes</w:t>
            </w:r>
          </w:p>
          <w:p w14:paraId="5E0DA819" w14:textId="77777777" w:rsidR="00D14E8C" w:rsidRDefault="00D14E8C" w:rsidP="00D14E8C">
            <w:pPr>
              <w:pStyle w:val="ListParagraph"/>
            </w:pPr>
          </w:p>
          <w:p w14:paraId="223B2809" w14:textId="1C16F39C" w:rsidR="00D14E8C" w:rsidRPr="00D14E8C" w:rsidRDefault="00D14E8C" w:rsidP="00D14E8C">
            <w:pPr>
              <w:pStyle w:val="ListParagraph"/>
              <w:numPr>
                <w:ilvl w:val="1"/>
                <w:numId w:val="14"/>
              </w:numPr>
              <w:rPr>
                <w:color w:val="0070C0"/>
              </w:rPr>
            </w:pPr>
            <w:r w:rsidRPr="00D14E8C">
              <w:rPr>
                <w:color w:val="0070C0"/>
              </w:rPr>
              <w:t xml:space="preserve">Funding has been used to </w:t>
            </w:r>
            <w:proofErr w:type="spellStart"/>
            <w:r w:rsidRPr="00D14E8C">
              <w:rPr>
                <w:color w:val="0070C0"/>
              </w:rPr>
              <w:t>subsidise</w:t>
            </w:r>
            <w:proofErr w:type="spellEnd"/>
            <w:r w:rsidRPr="00D14E8C">
              <w:rPr>
                <w:color w:val="0070C0"/>
              </w:rPr>
              <w:t xml:space="preserve"> the cost of after-school sports clubs for disadvantaged pupils, helping to reduce financial barriers and increase participation in a wider range of physical activities. In addition, funding has enabled staff to accompany and support disadvantaged pupils at sports tournaments and competitions, ensuring they are able to access and benefit from these opportunities.</w:t>
            </w:r>
          </w:p>
          <w:p w14:paraId="2A57CDA9" w14:textId="77777777" w:rsidR="00F708FF" w:rsidRDefault="00F708FF" w:rsidP="000D60E4">
            <w:pPr>
              <w:pStyle w:val="ListParagraph"/>
              <w:ind w:left="0"/>
              <w:jc w:val="right"/>
              <w:rPr>
                <w:sz w:val="24"/>
                <w:szCs w:val="24"/>
                <w:u w:val="single"/>
              </w:rPr>
            </w:pPr>
          </w:p>
        </w:tc>
      </w:tr>
      <w:tr w:rsidR="00F708FF" w14:paraId="0D29E179" w14:textId="77777777" w:rsidTr="000D60E4">
        <w:tc>
          <w:tcPr>
            <w:tcW w:w="8630" w:type="dxa"/>
          </w:tcPr>
          <w:p w14:paraId="77032E2B" w14:textId="0EC88436" w:rsidR="000049F1" w:rsidRDefault="000D60E4" w:rsidP="000049F1">
            <w:r>
              <w:lastRenderedPageBreak/>
              <w:t>3</w:t>
            </w:r>
            <w:r w:rsidR="000049F1">
              <w:t xml:space="preserve">. </w:t>
            </w:r>
            <w:r>
              <w:t>New PE and School Sport Partnerships Network</w:t>
            </w:r>
          </w:p>
          <w:p w14:paraId="3D84D100" w14:textId="77777777" w:rsidR="000D60E4" w:rsidRDefault="000D60E4" w:rsidP="000049F1"/>
          <w:p w14:paraId="066DD88F" w14:textId="22C82A97" w:rsidR="000049F1" w:rsidRDefault="000D60E4" w:rsidP="000D60E4">
            <w:pPr>
              <w:pStyle w:val="ListParagraph"/>
              <w:numPr>
                <w:ilvl w:val="0"/>
                <w:numId w:val="17"/>
              </w:numPr>
            </w:pPr>
            <w:r>
              <w:t xml:space="preserve">What targeted support from the new PE and School Sport Partnerships Network would be of most benefit to your school for academic 2026 to 2027? c. Extra-curricular opportunities, d. Equipment and </w:t>
            </w:r>
            <w:proofErr w:type="gramStart"/>
            <w:r>
              <w:t>resources ,</w:t>
            </w:r>
            <w:proofErr w:type="gramEnd"/>
            <w:r>
              <w:t xml:space="preserve"> e. Membership and subscription fees, g. School sports competitions , h. External coaching and specialists</w:t>
            </w:r>
          </w:p>
          <w:p w14:paraId="74169787" w14:textId="77777777" w:rsidR="000D60E4" w:rsidRDefault="000D60E4" w:rsidP="00B67DE2">
            <w:pPr>
              <w:pStyle w:val="ListParagraph"/>
              <w:ind w:left="0"/>
            </w:pPr>
          </w:p>
          <w:p w14:paraId="272D3A7F" w14:textId="21C00A7C" w:rsidR="00F708FF" w:rsidRPr="000D60E4" w:rsidRDefault="000D60E4" w:rsidP="000D60E4">
            <w:pPr>
              <w:pStyle w:val="ListParagraph"/>
              <w:numPr>
                <w:ilvl w:val="0"/>
                <w:numId w:val="17"/>
              </w:numPr>
            </w:pPr>
            <w:r>
              <w:t>Do you consent to all the information you have entered in this digital form to be shared with the National Delivery Partner (once in post)? Yes</w:t>
            </w:r>
          </w:p>
        </w:tc>
      </w:tr>
      <w:tr w:rsidR="002E7132" w14:paraId="3030BE8D" w14:textId="77777777" w:rsidTr="000D60E4">
        <w:tc>
          <w:tcPr>
            <w:tcW w:w="8630" w:type="dxa"/>
          </w:tcPr>
          <w:p w14:paraId="6D16EB66" w14:textId="5F5EF503" w:rsidR="002E7132" w:rsidRDefault="000D60E4" w:rsidP="000D60E4">
            <w:r>
              <w:t>4. Swimming</w:t>
            </w:r>
          </w:p>
          <w:p w14:paraId="58EA563F" w14:textId="77777777" w:rsidR="000D60E4" w:rsidRDefault="000D60E4" w:rsidP="000D60E4"/>
          <w:p w14:paraId="1644F01D" w14:textId="30FB86C7" w:rsidR="000D60E4" w:rsidRDefault="000D60E4" w:rsidP="000D60E4">
            <w:pPr>
              <w:pStyle w:val="ListParagraph"/>
              <w:numPr>
                <w:ilvl w:val="0"/>
                <w:numId w:val="15"/>
              </w:numPr>
            </w:pPr>
            <w:r>
              <w:t>Does your school have year 6 pupils? Yes</w:t>
            </w:r>
          </w:p>
          <w:p w14:paraId="3C6E5C9B" w14:textId="77777777" w:rsidR="000D60E4" w:rsidRDefault="000D60E4" w:rsidP="000D60E4"/>
          <w:p w14:paraId="50D22D35" w14:textId="70E377C1" w:rsidR="000D60E4" w:rsidRDefault="000D60E4" w:rsidP="000D60E4">
            <w:pPr>
              <w:pStyle w:val="ListParagraph"/>
              <w:numPr>
                <w:ilvl w:val="0"/>
                <w:numId w:val="15"/>
              </w:numPr>
            </w:pPr>
            <w:r>
              <w:t xml:space="preserve">What percentage of pupils in your current year 6 cohort can swim competently, confidently, and proficiently over a distance of 25 </w:t>
            </w:r>
            <w:proofErr w:type="spellStart"/>
            <w:r>
              <w:t>metres</w:t>
            </w:r>
            <w:proofErr w:type="spellEnd"/>
            <w:r>
              <w:t xml:space="preserve"> for academic year 2025 to 2026? 52 %</w:t>
            </w:r>
          </w:p>
          <w:p w14:paraId="617611F6" w14:textId="77777777" w:rsidR="000D60E4" w:rsidRDefault="000D60E4" w:rsidP="000D60E4"/>
          <w:p w14:paraId="00916F55" w14:textId="099BE51C" w:rsidR="000D60E4" w:rsidRDefault="000D60E4" w:rsidP="000D60E4">
            <w:pPr>
              <w:pStyle w:val="ListParagraph"/>
              <w:numPr>
                <w:ilvl w:val="0"/>
                <w:numId w:val="15"/>
              </w:numPr>
            </w:pPr>
            <w:r>
              <w:lastRenderedPageBreak/>
              <w:t>What percentage of pupils in your current year 6 cohort can use a range of strokes effectively (</w:t>
            </w:r>
            <w:proofErr w:type="gramStart"/>
            <w:r>
              <w:t>e.g.</w:t>
            </w:r>
            <w:proofErr w:type="gramEnd"/>
            <w:r>
              <w:t xml:space="preserve"> front crawl, backstroke, and breaststroke) for academic year 2025 to 2026? 52 %</w:t>
            </w:r>
          </w:p>
          <w:p w14:paraId="3CB11560" w14:textId="77777777" w:rsidR="000D60E4" w:rsidRDefault="000D60E4" w:rsidP="000D60E4"/>
          <w:p w14:paraId="157CD118" w14:textId="708DD22C" w:rsidR="000D60E4" w:rsidRDefault="000D60E4" w:rsidP="000D60E4">
            <w:pPr>
              <w:pStyle w:val="ListParagraph"/>
              <w:numPr>
                <w:ilvl w:val="0"/>
                <w:numId w:val="15"/>
              </w:numPr>
            </w:pPr>
            <w:r>
              <w:t>What percentage of pupils in your current year 6 cohort can perform safe self-rescue in different water-based situations for academic year 2025 to 2026? 52 %</w:t>
            </w:r>
          </w:p>
          <w:p w14:paraId="0BC4DB12" w14:textId="77777777" w:rsidR="000D60E4" w:rsidRDefault="000D60E4" w:rsidP="000D60E4"/>
          <w:p w14:paraId="435336E3" w14:textId="1A150966" w:rsidR="000D60E4" w:rsidRDefault="000D60E4" w:rsidP="000D60E4">
            <w:pPr>
              <w:pStyle w:val="ListParagraph"/>
              <w:numPr>
                <w:ilvl w:val="0"/>
                <w:numId w:val="15"/>
              </w:numPr>
            </w:pPr>
            <w:r>
              <w:t>How much has your school spent on internal top-swimming lessons or broadening aquatic opportunities for pupils for academic year 2025 to 2026? £ 5,533</w:t>
            </w:r>
          </w:p>
          <w:p w14:paraId="341648F3" w14:textId="77777777" w:rsidR="000D60E4" w:rsidRDefault="000D60E4" w:rsidP="000D60E4"/>
          <w:p w14:paraId="3B87E9F1" w14:textId="77777777" w:rsidR="000D60E4" w:rsidRPr="00D14E8C" w:rsidRDefault="000D60E4" w:rsidP="000D60E4">
            <w:pPr>
              <w:pStyle w:val="ListParagraph"/>
              <w:numPr>
                <w:ilvl w:val="0"/>
                <w:numId w:val="15"/>
              </w:numPr>
              <w:rPr>
                <w:sz w:val="24"/>
                <w:szCs w:val="24"/>
                <w:u w:val="single"/>
              </w:rPr>
            </w:pPr>
            <w:r>
              <w:t>What impact has your school's spending of this funding had on swimming and water safety attainment for academic year 2025 to 2026? Positive impact</w:t>
            </w:r>
          </w:p>
          <w:p w14:paraId="68268FBA" w14:textId="77777777" w:rsidR="00D14E8C" w:rsidRPr="00D14E8C" w:rsidRDefault="00D14E8C" w:rsidP="00D14E8C">
            <w:pPr>
              <w:pStyle w:val="ListParagraph"/>
              <w:rPr>
                <w:sz w:val="24"/>
                <w:szCs w:val="24"/>
                <w:u w:val="single"/>
              </w:rPr>
            </w:pPr>
          </w:p>
          <w:p w14:paraId="45142087" w14:textId="143CCA67" w:rsidR="00D14E8C" w:rsidRPr="00D14E8C" w:rsidRDefault="00D14E8C" w:rsidP="00D14E8C">
            <w:pPr>
              <w:pStyle w:val="ListParagraph"/>
              <w:numPr>
                <w:ilvl w:val="1"/>
                <w:numId w:val="15"/>
              </w:numPr>
              <w:rPr>
                <w:sz w:val="24"/>
                <w:szCs w:val="24"/>
              </w:rPr>
            </w:pPr>
            <w:r w:rsidRPr="00D14E8C">
              <w:rPr>
                <w:color w:val="0070C0"/>
                <w:sz w:val="24"/>
                <w:szCs w:val="24"/>
              </w:rPr>
              <w:t xml:space="preserve">This is an increase of 20% based upon the number of Year 6 pupils meeting these standards in 2024/25. </w:t>
            </w:r>
          </w:p>
        </w:tc>
      </w:tr>
      <w:tr w:rsidR="000D60E4" w14:paraId="713F46B0" w14:textId="77777777" w:rsidTr="000D60E4">
        <w:tc>
          <w:tcPr>
            <w:tcW w:w="8630" w:type="dxa"/>
          </w:tcPr>
          <w:p w14:paraId="1AD89075" w14:textId="3CFCD4B4" w:rsidR="000D60E4" w:rsidRDefault="000D60E4" w:rsidP="000D60E4">
            <w:r>
              <w:lastRenderedPageBreak/>
              <w:t>5. Declarations</w:t>
            </w:r>
          </w:p>
          <w:p w14:paraId="4A78C8B1" w14:textId="77777777" w:rsidR="000D60E4" w:rsidRDefault="000D60E4" w:rsidP="000D60E4"/>
          <w:p w14:paraId="446EC4CA" w14:textId="16B81D33" w:rsidR="000D60E4" w:rsidRDefault="000D60E4" w:rsidP="000D60E4">
            <w:pPr>
              <w:pStyle w:val="ListParagraph"/>
              <w:numPr>
                <w:ilvl w:val="0"/>
                <w:numId w:val="16"/>
              </w:numPr>
            </w:pPr>
            <w:r>
              <w:t xml:space="preserve">I confirm that I am </w:t>
            </w:r>
            <w:proofErr w:type="spellStart"/>
            <w:r>
              <w:t>authorised</w:t>
            </w:r>
            <w:proofErr w:type="spellEnd"/>
            <w:r>
              <w:t xml:space="preserve"> to submit this PE and sport premium assurance return on behalf of my school</w:t>
            </w:r>
          </w:p>
          <w:p w14:paraId="3044DA69" w14:textId="77777777" w:rsidR="000D60E4" w:rsidRDefault="000D60E4" w:rsidP="000D60E4"/>
          <w:p w14:paraId="478CAFC8" w14:textId="5C7BC06A" w:rsidR="000D60E4" w:rsidRDefault="000D60E4" w:rsidP="000D60E4">
            <w:pPr>
              <w:pStyle w:val="ListParagraph"/>
              <w:numPr>
                <w:ilvl w:val="0"/>
                <w:numId w:val="16"/>
              </w:numPr>
            </w:pPr>
            <w:r>
              <w:t>I confirm that the information contained in this PE and sport premium assurance return is accurate and has been signed off by the school headteacher</w:t>
            </w:r>
          </w:p>
          <w:p w14:paraId="12918D49" w14:textId="77777777" w:rsidR="000D60E4" w:rsidRDefault="000D60E4" w:rsidP="000D60E4"/>
          <w:p w14:paraId="072213AE" w14:textId="74E5D6C6" w:rsidR="000D60E4" w:rsidRDefault="000D60E4" w:rsidP="000D60E4">
            <w:pPr>
              <w:pStyle w:val="ListParagraph"/>
              <w:numPr>
                <w:ilvl w:val="0"/>
                <w:numId w:val="16"/>
              </w:numPr>
            </w:pPr>
            <w:r>
              <w:t xml:space="preserve">I confirm that the information contained in this PE and sport premium assurance return is accurate and has been </w:t>
            </w:r>
            <w:proofErr w:type="spellStart"/>
            <w:r>
              <w:t>authorised</w:t>
            </w:r>
            <w:proofErr w:type="spellEnd"/>
            <w:r>
              <w:t xml:space="preserve"> by Chair of Board of governors or trustees</w:t>
            </w:r>
          </w:p>
          <w:p w14:paraId="306D5F0B" w14:textId="77777777" w:rsidR="000D60E4" w:rsidRDefault="000D60E4" w:rsidP="000D60E4"/>
          <w:p w14:paraId="69976D0C" w14:textId="3D093121" w:rsidR="000D60E4" w:rsidRPr="000D60E4" w:rsidRDefault="000D60E4" w:rsidP="000D60E4">
            <w:pPr>
              <w:pStyle w:val="ListParagraph"/>
              <w:numPr>
                <w:ilvl w:val="0"/>
                <w:numId w:val="16"/>
              </w:numPr>
              <w:rPr>
                <w:sz w:val="24"/>
                <w:szCs w:val="24"/>
                <w:u w:val="single"/>
              </w:rPr>
            </w:pPr>
            <w:r>
              <w:t>I confirm that the reported spending detailed within this submission will be published on my school's website</w:t>
            </w:r>
          </w:p>
        </w:tc>
      </w:tr>
    </w:tbl>
    <w:p w14:paraId="35BA6BF4" w14:textId="77777777" w:rsidR="00E2798B" w:rsidRDefault="00E2798B"/>
    <w:sectPr w:rsidR="00E2798B"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1439C" w14:textId="77777777" w:rsidR="00CB737E" w:rsidRDefault="00CB737E" w:rsidP="00CB737E">
      <w:pPr>
        <w:spacing w:after="0" w:line="240" w:lineRule="auto"/>
      </w:pPr>
      <w:r>
        <w:separator/>
      </w:r>
    </w:p>
  </w:endnote>
  <w:endnote w:type="continuationSeparator" w:id="0">
    <w:p w14:paraId="46EC002C" w14:textId="77777777" w:rsidR="00CB737E" w:rsidRDefault="00CB737E" w:rsidP="00CB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DEB04" w14:textId="77777777" w:rsidR="00CB737E" w:rsidRDefault="00CB737E" w:rsidP="00CB737E">
      <w:pPr>
        <w:spacing w:after="0" w:line="240" w:lineRule="auto"/>
      </w:pPr>
      <w:r>
        <w:separator/>
      </w:r>
    </w:p>
  </w:footnote>
  <w:footnote w:type="continuationSeparator" w:id="0">
    <w:p w14:paraId="3B55ECD1" w14:textId="77777777" w:rsidR="00CB737E" w:rsidRDefault="00CB737E" w:rsidP="00CB7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F5674" w14:textId="4AE4E9D0" w:rsidR="00CB737E" w:rsidRDefault="008126A1">
    <w:pPr>
      <w:pStyle w:val="Header"/>
    </w:pPr>
    <w:r>
      <w:rPr>
        <w:noProof/>
      </w:rPr>
      <w:drawing>
        <wp:anchor distT="0" distB="0" distL="114300" distR="114300" simplePos="0" relativeHeight="251658240" behindDoc="0" locked="0" layoutInCell="1" allowOverlap="1" wp14:anchorId="4AEAA47B" wp14:editId="50E8F4A9">
          <wp:simplePos x="0" y="0"/>
          <wp:positionH relativeFrom="column">
            <wp:posOffset>-562637</wp:posOffset>
          </wp:positionH>
          <wp:positionV relativeFrom="paragraph">
            <wp:posOffset>3810</wp:posOffset>
          </wp:positionV>
          <wp:extent cx="1470991" cy="80235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1470991" cy="80235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EF704C"/>
    <w:multiLevelType w:val="hybridMultilevel"/>
    <w:tmpl w:val="B67C3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4A2CFB"/>
    <w:multiLevelType w:val="hybridMultilevel"/>
    <w:tmpl w:val="C4BC1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0721B"/>
    <w:multiLevelType w:val="hybridMultilevel"/>
    <w:tmpl w:val="6860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F85B61"/>
    <w:multiLevelType w:val="hybridMultilevel"/>
    <w:tmpl w:val="CED0C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046446"/>
    <w:multiLevelType w:val="hybridMultilevel"/>
    <w:tmpl w:val="23EE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B74397"/>
    <w:multiLevelType w:val="hybridMultilevel"/>
    <w:tmpl w:val="6416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E33BC3"/>
    <w:multiLevelType w:val="hybridMultilevel"/>
    <w:tmpl w:val="B6D0C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225825"/>
    <w:multiLevelType w:val="hybridMultilevel"/>
    <w:tmpl w:val="85C08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6"/>
  </w:num>
  <w:num w:numId="12">
    <w:abstractNumId w:val="14"/>
  </w:num>
  <w:num w:numId="13">
    <w:abstractNumId w:val="10"/>
  </w:num>
  <w:num w:numId="14">
    <w:abstractNumId w:val="9"/>
  </w:num>
  <w:num w:numId="15">
    <w:abstractNumId w:val="12"/>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9F1"/>
    <w:rsid w:val="00034616"/>
    <w:rsid w:val="0006063C"/>
    <w:rsid w:val="000D60E4"/>
    <w:rsid w:val="000E74D1"/>
    <w:rsid w:val="0015074B"/>
    <w:rsid w:val="001E504A"/>
    <w:rsid w:val="002125F5"/>
    <w:rsid w:val="00225F7B"/>
    <w:rsid w:val="0029639D"/>
    <w:rsid w:val="002E7132"/>
    <w:rsid w:val="00326F90"/>
    <w:rsid w:val="005026DD"/>
    <w:rsid w:val="00537557"/>
    <w:rsid w:val="00557215"/>
    <w:rsid w:val="007E31CA"/>
    <w:rsid w:val="008126A1"/>
    <w:rsid w:val="0082779B"/>
    <w:rsid w:val="009A4F90"/>
    <w:rsid w:val="00AA1D8D"/>
    <w:rsid w:val="00AA4460"/>
    <w:rsid w:val="00AF1114"/>
    <w:rsid w:val="00AF796C"/>
    <w:rsid w:val="00B47730"/>
    <w:rsid w:val="00B67DE2"/>
    <w:rsid w:val="00B73AB3"/>
    <w:rsid w:val="00C50EE5"/>
    <w:rsid w:val="00CB0664"/>
    <w:rsid w:val="00CB737E"/>
    <w:rsid w:val="00D14E8C"/>
    <w:rsid w:val="00DC50DA"/>
    <w:rsid w:val="00E2798B"/>
    <w:rsid w:val="00F708FF"/>
    <w:rsid w:val="00FC693F"/>
    <w:rsid w:val="00FE0877"/>
    <w:rsid w:val="00FE1577"/>
    <w:rsid w:val="00FE3B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4062061"/>
  <w14:defaultImageDpi w14:val="300"/>
  <w15:docId w15:val="{D837A9A7-1753-4B54-B987-6A9DBD82F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799</Words>
  <Characters>4559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Jemima Wade</cp:lastModifiedBy>
  <cp:revision>2</cp:revision>
  <dcterms:created xsi:type="dcterms:W3CDTF">2026-09-22T16:02:00Z</dcterms:created>
  <dcterms:modified xsi:type="dcterms:W3CDTF">2026-09-22T16:02:00Z</dcterms:modified>
  <cp:category/>
</cp:coreProperties>
</file>